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808080"/>
          <w:sz w:val="18"/>
        </w:rPr>
        <w:t>Replace everything in [square brackets], then delete these grey notes. Send this after your first call with the sponsor, as a PDF (File &gt; Save As &gt; PDF).</w:t>
      </w:r>
    </w:p>
    <w:p>
      <w:pPr>
        <w:pStyle w:val="Heading1"/>
      </w:pPr>
      <w:r>
        <w:t>[Event name]: sponsorship proposal</w:t>
      </w:r>
    </w:p>
    <w:p>
      <w:r>
        <w:t>[Date]  ·  [Venue, city]  ·  [Expected attendance]  ·  [Edition, e.g. third year]</w:t>
      </w:r>
    </w:p>
    <w:p>
      <w:pPr>
        <w:pStyle w:val="Heading2"/>
      </w:pPr>
      <w:r>
        <w:t>About the event</w:t>
      </w:r>
    </w:p>
    <w:p>
      <w:r>
        <w:t>[Two or three sentences: what the event is, who it's for and what makes it worth being part of.]</w:t>
      </w:r>
    </w:p>
    <w:p>
      <w:pPr>
        <w:pStyle w:val="Heading2"/>
      </w:pPr>
      <w:r>
        <w:t>Your audience</w:t>
      </w:r>
    </w:p>
    <w:p>
      <w:r>
        <w:rPr>
          <w:i/>
          <w:color w:val="808080"/>
          <w:sz w:val="18"/>
        </w:rPr>
        <w:t>Sponsors read this section first. Use real numbers: past attendance, your email list and social reach. Leave out anything you can't back up.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Expected attendance</w:t>
            </w:r>
          </w:p>
        </w:tc>
        <w:tc>
          <w:tcPr>
            <w:tcW w:type="dxa" w:w="4320"/>
          </w:tcPr>
          <w:p>
            <w:r>
              <w:t>[e.g. 600]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Core age group</w:t>
            </w:r>
          </w:p>
        </w:tc>
        <w:tc>
          <w:tcPr>
            <w:tcW w:type="dxa" w:w="4320"/>
          </w:tcPr>
          <w:p>
            <w:r>
              <w:t>[e.g. 25 to 34]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Where they're from</w:t>
            </w:r>
          </w:p>
        </w:tc>
        <w:tc>
          <w:tcPr>
            <w:tcW w:type="dxa" w:w="4320"/>
          </w:tcPr>
          <w:p>
            <w:r>
              <w:t>[e.g. inner-city Melbourne]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Ticket price</w:t>
            </w:r>
          </w:p>
        </w:tc>
        <w:tc>
          <w:tcPr>
            <w:tcW w:type="dxa" w:w="4320"/>
          </w:tcPr>
          <w:p>
            <w:r>
              <w:t>[e.g. $45]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Email list and social following</w:t>
            </w:r>
          </w:p>
        </w:tc>
        <w:tc>
          <w:tcPr>
            <w:tcW w:type="dxa" w:w="4320"/>
          </w:tcPr>
          <w:p>
            <w:r>
              <w:t>[e.g. 4,000 subscribers, 12,000 followers]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Returning attendees</w:t>
            </w:r>
          </w:p>
        </w:tc>
        <w:tc>
          <w:tcPr>
            <w:tcW w:type="dxa" w:w="4320"/>
          </w:tcPr>
          <w:p>
            <w:r>
              <w:t>[e.g. 40% came to a previous event]</w:t>
            </w:r>
          </w:p>
        </w:tc>
      </w:tr>
    </w:tbl>
    <w:p/>
    <w:p>
      <w:pPr>
        <w:pStyle w:val="Heading2"/>
      </w:pPr>
      <w:r>
        <w:t>Why sponsor this event</w:t>
      </w:r>
    </w:p>
    <w:p>
      <w:pPr>
        <w:pStyle w:val="ListNumber"/>
      </w:pPr>
      <w:r>
        <w:t>[Reason 1: how your audience matches who this brand wants to reach.]</w:t>
      </w:r>
    </w:p>
    <w:p>
      <w:pPr>
        <w:pStyle w:val="ListNumber"/>
      </w:pPr>
      <w:r>
        <w:t>[Reason 2: how your audience matches who this brand wants to reach.]</w:t>
      </w:r>
    </w:p>
    <w:p>
      <w:pPr>
        <w:pStyle w:val="ListNumber"/>
      </w:pPr>
      <w:r>
        <w:t>[Reason 3: how your audience matches who this brand wants to reach.]</w:t>
      </w:r>
    </w:p>
    <w:p>
      <w:pPr>
        <w:pStyle w:val="Heading2"/>
      </w:pPr>
      <w:r>
        <w:t>Sponsorship packages</w:t>
      </w:r>
    </w:p>
    <w:p>
      <w:r>
        <w:rPr>
          <w:i/>
          <w:color w:val="808080"/>
          <w:sz w:val="18"/>
        </w:rPr>
        <w:t>Three options is plenty. Mark the one you expect them to choose as recommended, and price it at a number you'd be happy to accept.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9434EA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160"/>
            <w:shd w:val="clear" w:color="auto" w:fill="9434EA"/>
          </w:tcPr>
          <w:p>
            <w:r/>
            <w:r>
              <w:rPr>
                <w:b/>
                <w:color w:val="FFFFFF"/>
              </w:rPr>
              <w:t>Supporting partner</w:t>
            </w:r>
          </w:p>
        </w:tc>
        <w:tc>
          <w:tcPr>
            <w:tcW w:type="dxa" w:w="2160"/>
            <w:shd w:val="clear" w:color="auto" w:fill="9434EA"/>
          </w:tcPr>
          <w:p>
            <w:r/>
            <w:r>
              <w:rPr>
                <w:b/>
                <w:color w:val="FFFFFF"/>
              </w:rPr>
              <w:t>Presenting sponsor (recommended)</w:t>
            </w:r>
          </w:p>
        </w:tc>
        <w:tc>
          <w:tcPr>
            <w:tcW w:type="dxa" w:w="2160"/>
            <w:shd w:val="clear" w:color="auto" w:fill="9434EA"/>
          </w:tcPr>
          <w:p>
            <w:r/>
            <w:r>
              <w:rPr>
                <w:b/>
                <w:color w:val="FFFFFF"/>
              </w:rPr>
              <w:t>Naming rights</w:t>
            </w:r>
          </w:p>
        </w:tc>
      </w:tr>
      <w:tr>
        <w:tc>
          <w:tcPr>
            <w:tcW w:type="dxa" w:w="2160"/>
          </w:tcPr>
          <w:p>
            <w:r>
              <w:t>Price</w:t>
            </w:r>
          </w:p>
        </w:tc>
        <w:tc>
          <w:tcPr>
            <w:tcW w:type="dxa" w:w="2160"/>
          </w:tcPr>
          <w:p>
            <w:r>
              <w:t>$[ ]</w:t>
            </w:r>
          </w:p>
        </w:tc>
        <w:tc>
          <w:tcPr>
            <w:tcW w:type="dxa" w:w="2160"/>
          </w:tcPr>
          <w:p>
            <w:r>
              <w:t>$[ ]</w:t>
            </w:r>
          </w:p>
        </w:tc>
        <w:tc>
          <w:tcPr>
            <w:tcW w:type="dxa" w:w="2160"/>
          </w:tcPr>
          <w:p>
            <w:r>
              <w:t>$[ ]</w:t>
            </w:r>
          </w:p>
        </w:tc>
      </w:tr>
      <w:tr>
        <w:tc>
          <w:tcPr>
            <w:tcW w:type="dxa" w:w="2160"/>
          </w:tcPr>
          <w:p>
            <w:r>
              <w:t>Logo on posters, event page and emails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Social posts</w:t>
            </w:r>
          </w:p>
        </w:tc>
        <w:tc>
          <w:tcPr>
            <w:tcW w:type="dxa" w:w="2160"/>
          </w:tcPr>
          <w:p>
            <w:r>
              <w:t>[1]</w:t>
            </w:r>
          </w:p>
        </w:tc>
        <w:tc>
          <w:tcPr>
            <w:tcW w:type="dxa" w:w="2160"/>
          </w:tcPr>
          <w:p>
            <w:r>
              <w:t>[3]</w:t>
            </w:r>
          </w:p>
        </w:tc>
        <w:tc>
          <w:tcPr>
            <w:tcW w:type="dxa" w:w="2160"/>
          </w:tcPr>
          <w:p>
            <w:r>
              <w:t>[5]</w:t>
            </w:r>
          </w:p>
        </w:tc>
      </w:tr>
      <w:tr>
        <w:tc>
          <w:tcPr>
            <w:tcW w:type="dxa" w:w="2160"/>
          </w:tcPr>
          <w:p>
            <w:r>
              <w:t>On-site signage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Stage or MC mentions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✓</w:t>
            </w:r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Activation or sampling space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✓</w:t>
            </w:r>
          </w:p>
        </w:tc>
      </w:tr>
      <w:tr>
        <w:tc>
          <w:tcPr>
            <w:tcW w:type="dxa" w:w="2160"/>
          </w:tcPr>
          <w:p>
            <w:r>
              <w:t>Tickets for your team</w:t>
            </w:r>
          </w:p>
        </w:tc>
        <w:tc>
          <w:tcPr>
            <w:tcW w:type="dxa" w:w="2160"/>
          </w:tcPr>
          <w:p>
            <w:r>
              <w:t>[2]</w:t>
            </w:r>
          </w:p>
        </w:tc>
        <w:tc>
          <w:tcPr>
            <w:tcW w:type="dxa" w:w="2160"/>
          </w:tcPr>
          <w:p>
            <w:r>
              <w:t>[6]</w:t>
            </w:r>
          </w:p>
        </w:tc>
        <w:tc>
          <w:tcPr>
            <w:tcW w:type="dxa" w:w="2160"/>
          </w:tcPr>
          <w:p>
            <w:r>
              <w:t>[10]</w:t>
            </w:r>
          </w:p>
        </w:tc>
      </w:tr>
      <w:tr>
        <w:tc>
          <w:tcPr>
            <w:tcW w:type="dxa" w:w="2160"/>
          </w:tcPr>
          <w:p>
            <w:r>
              <w:t>Name in the event title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✓</w:t>
            </w:r>
          </w:p>
        </w:tc>
      </w:tr>
    </w:tbl>
    <w:p/>
    <w:p>
      <w:pPr>
        <w:pStyle w:val="Heading2"/>
      </w:pPr>
      <w:r>
        <w:t>Next steps</w:t>
      </w:r>
    </w:p>
    <w:p>
      <w:r>
        <w:t>Confirm by [date] to be included in our pre-event promotion. [Your name] · [phone] · [email]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08080"/>
        <w:sz w:val="16"/>
      </w:rPr>
      <w:t>Template by Tickify · tickify.io/tools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D0D0D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434E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sponsorship proposal template</dc:title>
  <dc:subject/>
  <dc:creator>Tickify (tickify.io)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