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808080"/>
          <w:sz w:val="18"/>
        </w:rPr>
        <w:t>Send this within two weeks of the event. Replace everything in [square brackets], delete these grey notes and any rows you don't have figures for, then save as a PDF.</w:t>
      </w:r>
    </w:p>
    <w:p>
      <w:pPr>
        <w:pStyle w:val="Heading1"/>
      </w:pPr>
      <w:r>
        <w:t>[Event name]: sponsor report</w:t>
      </w:r>
    </w:p>
    <w:p>
      <w:r>
        <w:t>Prepared for [sponsor name]  ·  [Sponsorship package]  ·  [Event date]  ·  [Venue]</w:t>
      </w:r>
    </w:p>
    <w:p>
      <w:pPr>
        <w:pStyle w:val="Heading2"/>
      </w:pPr>
      <w:r>
        <w:t>The event at a glance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Tickets sold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Capacity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Sell-through</w:t>
            </w:r>
          </w:p>
        </w:tc>
        <w:tc>
          <w:tcPr>
            <w:tcW w:type="dxa" w:w="4320"/>
          </w:tcPr>
          <w:p>
            <w:r>
              <w:t>[ ]%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Attendance on the night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Average ticket price</w:t>
            </w:r>
          </w:p>
        </w:tc>
        <w:tc>
          <w:tcPr>
            <w:tcW w:type="dxa" w:w="4320"/>
          </w:tcPr>
          <w:p>
            <w:r>
              <w:t>$[ ]</w:t>
            </w:r>
          </w:p>
        </w:tc>
      </w:tr>
    </w:tbl>
    <w:p/>
    <w:p>
      <w:r>
        <w:t>[A short note on how the night went.]</w:t>
      </w:r>
    </w:p>
    <w:p>
      <w:pPr>
        <w:pStyle w:val="Heading2"/>
      </w:pPr>
      <w:r>
        <w:t>Who came</w:t>
      </w:r>
    </w:p>
    <w:p>
      <w:r>
        <w:rPr>
          <w:i/>
          <w:color w:val="808080"/>
          <w:sz w:val="18"/>
        </w:rPr>
        <w:t>Only include what you actually know, for example from your ticket data, a post-event survey or social insights.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Age groups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Where they came from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  <w:shd w:val="clear" w:color="auto" w:fill="F2F2F2"/>
          </w:tcPr>
          <w:p>
            <w:r>
              <w:rPr>
                <w:b/>
              </w:rPr>
              <w:t>How they heard about the event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/>
    <w:p>
      <w:pPr>
        <w:pStyle w:val="Heading2"/>
      </w:pPr>
      <w:r>
        <w:t>Where your brand appeared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9434EA"/>
          </w:tcPr>
          <w:p>
            <w:r/>
            <w:r>
              <w:rPr>
                <w:b/>
                <w:color w:val="FFFFFF"/>
              </w:rPr>
              <w:t>When</w:t>
            </w:r>
          </w:p>
        </w:tc>
        <w:tc>
          <w:tcPr>
            <w:tcW w:type="dxa" w:w="2880"/>
            <w:shd w:val="clear" w:color="auto" w:fill="9434EA"/>
          </w:tcPr>
          <w:p>
            <w:r/>
            <w:r>
              <w:rPr>
                <w:b/>
                <w:color w:val="FFFFFF"/>
              </w:rPr>
              <w:t>What</w:t>
            </w:r>
          </w:p>
        </w:tc>
        <w:tc>
          <w:tcPr>
            <w:tcW w:type="dxa" w:w="2880"/>
            <w:shd w:val="clear" w:color="auto" w:fill="9434EA"/>
          </w:tcPr>
          <w:p>
            <w:r/>
            <w:r>
              <w:rPr>
                <w:b/>
                <w:color w:val="FFFFFF"/>
              </w:rPr>
              <w:t>Result</w:t>
            </w:r>
          </w:p>
        </w:tc>
      </w:tr>
      <w:tr>
        <w:tc>
          <w:tcPr>
            <w:tcW w:type="dxa" w:w="2880"/>
          </w:tcPr>
          <w:p>
            <w:r>
              <w:t>Before the event</w:t>
            </w:r>
          </w:p>
        </w:tc>
        <w:tc>
          <w:tcPr>
            <w:tcW w:type="dxa" w:w="2880"/>
          </w:tcPr>
          <w:p>
            <w:r>
              <w:t>Promotional emails sent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Social posts and reach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Posters and flyers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On the day</w:t>
            </w:r>
          </w:p>
        </w:tc>
        <w:tc>
          <w:tcPr>
            <w:tcW w:type="dxa" w:w="2880"/>
          </w:tcPr>
          <w:p>
            <w:r>
              <w:t>Signage placements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Stage or MC mentions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Activation or sampling (people reached)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>
              <w:t>After the event</w:t>
            </w:r>
          </w:p>
        </w:tc>
        <w:tc>
          <w:tcPr>
            <w:tcW w:type="dxa" w:w="2880"/>
          </w:tcPr>
          <w:p>
            <w:r>
              <w:t>Recap email and social posts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Photos and posts featuring your brand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>
              <w:t>Press coverage</w:t>
            </w:r>
          </w:p>
        </w:tc>
        <w:tc>
          <w:tcPr>
            <w:tcW w:type="dxa" w:w="2880"/>
          </w:tcPr>
          <w:p>
            <w:r>
              <w:t>[ ]</w:t>
            </w:r>
          </w:p>
        </w:tc>
      </w:tr>
    </w:tbl>
    <w:p/>
    <w:p>
      <w:pPr>
        <w:pStyle w:val="Heading2"/>
      </w:pPr>
      <w:r>
        <w:t>Highlights</w:t>
      </w:r>
    </w:p>
    <w:p>
      <w:pPr>
        <w:pStyle w:val="ListNumber"/>
      </w:pPr>
      <w:r>
        <w:t>[Highlight 1: a moment, a result or a quote from the night.]</w:t>
      </w:r>
    </w:p>
    <w:p>
      <w:pPr>
        <w:pStyle w:val="ListNumber"/>
      </w:pPr>
      <w:r>
        <w:t>[Highlight 2: a moment, a result or a quote from the night.]</w:t>
      </w:r>
    </w:p>
    <w:p>
      <w:pPr>
        <w:pStyle w:val="ListNumber"/>
      </w:pPr>
      <w:r>
        <w:t>[Highlight 3: a moment, a result or a quote from the night.]</w:t>
      </w:r>
    </w:p>
    <w:p>
      <w:r>
        <w:t>Photos: [link to the gallery, with your brand's photos marked]</w:t>
      </w:r>
    </w:p>
    <w:p>
      <w:pPr>
        <w:pStyle w:val="Heading2"/>
      </w:pPr>
      <w:r>
        <w:t>Thank you, and what's next</w:t>
      </w:r>
    </w:p>
    <w:p>
      <w:r>
        <w:t>Thank you, [sponsor name]. [One or two sentences on what their support made possible.]</w:t>
      </w:r>
    </w:p>
    <w:p>
      <w:r>
        <w:t>Our next event is [event name] on [date] at [venue]. We'd love to have you back as [package], and if you confirm by [date] we can offer [renewal benefit].</w:t>
      </w:r>
    </w:p>
    <w:p>
      <w:r>
        <w:t>Can we book 20 minutes to talk about it? [Your name] · [phone] · [email]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08080"/>
        <w:sz w:val="16"/>
      </w:rPr>
      <w:t>Template by Tickify · tickify.io/tools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D0D0D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434E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Post-event sponsor report template</dc:title>
  <dc:subject/>
  <dc:creator>Tickify (tickify.io)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